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B0FC" w14:textId="711D5F00" w:rsidR="00D94B64" w:rsidRDefault="00394CF5">
      <w:pPr>
        <w:pStyle w:val="Heading1"/>
      </w:pPr>
      <w:r>
        <w:t>Worksheet 1</w:t>
      </w:r>
    </w:p>
    <w:p w14:paraId="3AA779EE" w14:textId="0DFC0D54" w:rsidR="00D94B64" w:rsidRDefault="00D84E72">
      <w:r>
        <w:t>1. The following table shows the distance travelled by a car and the petrol consumed.</w:t>
      </w:r>
      <w:r>
        <w:br/>
      </w:r>
      <w:r>
        <w:br/>
        <w:t>Distance (km):     100   200   300   400</w:t>
      </w:r>
      <w:r>
        <w:br/>
        <w:t xml:space="preserve">Petrol (litres):   </w:t>
      </w:r>
      <w:r w:rsidR="00394CF5">
        <w:t xml:space="preserve">       </w:t>
      </w:r>
      <w:r>
        <w:t xml:space="preserve"> 5    10    15    20</w:t>
      </w:r>
      <w:r>
        <w:br/>
      </w:r>
      <w:r>
        <w:br/>
      </w:r>
      <w:r>
        <w:t>Plot a line graph to represent the above data.</w:t>
      </w:r>
    </w:p>
    <w:p w14:paraId="45FD690A" w14:textId="06D65D0E" w:rsidR="00D94B64" w:rsidRDefault="008B4844">
      <w:r>
        <w:t>2.</w:t>
      </w:r>
      <w:r w:rsidR="00D84E72">
        <w:t xml:space="preserve"> Numbers 1 to 30 are written on separate slips and mixed well in a box.</w:t>
      </w:r>
      <w:r w:rsidR="00D84E72">
        <w:br/>
        <w:t>One slip is drawn at random. Find the probability that the number drawn is:</w:t>
      </w:r>
      <w:r w:rsidR="00D84E72">
        <w:br/>
        <w:t>(i) a multiple of 3</w:t>
      </w:r>
      <w:r w:rsidR="00D84E72">
        <w:br/>
        <w:t>(ii) a prime number</w:t>
      </w:r>
      <w:r w:rsidR="00D84E72">
        <w:br/>
        <w:t>(iii) a number greater than 20</w:t>
      </w:r>
    </w:p>
    <w:p w14:paraId="7429E10E" w14:textId="6DB221CA" w:rsidR="00D94B64" w:rsidRDefault="008B4844">
      <w:r>
        <w:t>3.</w:t>
      </w:r>
      <w:r w:rsidR="00D84E72">
        <w:t xml:space="preserve"> A water bottle is in the shape of a cylinder with radius 3.5 cm and height 20 cm. </w:t>
      </w:r>
      <w:r w:rsidR="00D84E72">
        <w:br/>
        <w:t>A rectangular label is pasted around its curved surface leaving a margin of 2 cm from the top and bottom.</w:t>
      </w:r>
      <w:r w:rsidR="00D84E72">
        <w:br/>
        <w:t>(i) Find the height of the label.</w:t>
      </w:r>
      <w:r w:rsidR="00D84E72">
        <w:br/>
        <w:t>(ii) Find the area of the label.</w:t>
      </w:r>
    </w:p>
    <w:p w14:paraId="05ABC61C" w14:textId="435C0F26" w:rsidR="00D94B64" w:rsidRDefault="008B4844">
      <w:r>
        <w:t>4.</w:t>
      </w:r>
      <w:r w:rsidR="00D84E72">
        <w:t xml:space="preserve"> Find the compound interest on Rs. 80,000 for 2 years at 10% per annum compounded annually.</w:t>
      </w:r>
      <w:r w:rsidR="00D84E72">
        <w:br/>
        <w:t>Also find the simple interest on the same sum for the same period and rate.</w:t>
      </w:r>
    </w:p>
    <w:sectPr w:rsidR="00D94B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rinda">
    <w:panose1 w:val="020B0502040204020203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270294">
    <w:abstractNumId w:val="8"/>
  </w:num>
  <w:num w:numId="2" w16cid:durableId="941229295">
    <w:abstractNumId w:val="6"/>
  </w:num>
  <w:num w:numId="3" w16cid:durableId="311326191">
    <w:abstractNumId w:val="5"/>
  </w:num>
  <w:num w:numId="4" w16cid:durableId="756634095">
    <w:abstractNumId w:val="4"/>
  </w:num>
  <w:num w:numId="5" w16cid:durableId="1352608605">
    <w:abstractNumId w:val="7"/>
  </w:num>
  <w:num w:numId="6" w16cid:durableId="942155881">
    <w:abstractNumId w:val="3"/>
  </w:num>
  <w:num w:numId="7" w16cid:durableId="115679144">
    <w:abstractNumId w:val="2"/>
  </w:num>
  <w:num w:numId="8" w16cid:durableId="1183320771">
    <w:abstractNumId w:val="1"/>
  </w:num>
  <w:num w:numId="9" w16cid:durableId="109531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48CC"/>
    <w:rsid w:val="00326F90"/>
    <w:rsid w:val="00394CF5"/>
    <w:rsid w:val="008B4844"/>
    <w:rsid w:val="00986A6C"/>
    <w:rsid w:val="00AA1D8D"/>
    <w:rsid w:val="00B0222A"/>
    <w:rsid w:val="00B47730"/>
    <w:rsid w:val="00CB0664"/>
    <w:rsid w:val="00D94B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AC9FB0"/>
  <w14:defaultImageDpi w14:val="300"/>
  <w15:docId w15:val="{A6F7715B-270E-4448-BF2C-EBD6445D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Koushik Mondal</cp:lastModifiedBy>
  <cp:revision>2</cp:revision>
  <dcterms:created xsi:type="dcterms:W3CDTF">2026-02-09T01:31:00Z</dcterms:created>
  <dcterms:modified xsi:type="dcterms:W3CDTF">2026-02-09T01:31:00Z</dcterms:modified>
  <cp:category/>
</cp:coreProperties>
</file>